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ששי ישראלי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🇮🇱 קלפי ששי ישראלי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5973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259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🇮🇱 מָה הַצְּבָעִים שֶׁל דֶּגֶל יִשְׂרָאֵל?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🟡 צָהֹב וְשָׁחֹר  ב. 🔴 אָדֹם וְיָרֹק  ג. 🔵 כָּחֹל וְלָבָן  ד. 🟣 סָגֹל וְכָתֹם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🔵 כָּחֹל וְלָבָן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🍯 אֵיזֶה פְּרִי טוֹבְלִים בִּדְבַשׁ בְּרֹאשׁ הַשָּׁנָה?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🍎 תַּפּוּחַ  ב. 🍇 עֲנָבִים  ג. 🍌 בָּנָנָה  ד. 🍉 אֲבַטִּיחַ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🍎 תַּפּוּחַ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🕎 בְּאֵיזֶה חַג מַדְלִיקִים נֵרוֹת בַּחֲנֻכִּיָּה?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שָׁבוּעוֹת  ב. חֲנֻכָּה  ג. פּוּרִים  ד. פֶּסַח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חֲנֻכָּה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🐠 אֵיזֶה יָם נִמְצָא לְיַד הָעִיר אֵילַת?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⛵ הַיָּם הַתִּיכוֹן  ב. 🧂 יַם הַמֶּלַח  ג. 🐠 הַיָּם הָאָדֹם  ד. 🐟 הַכִּנֶּרֶת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🐠 הַיָּם הָאָדֹם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🎭 בְּאֵיזֶה חַג מִתְחַפְּשִׂים?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🕎 חֲנֻכָּה  ב. 🎭 פּוּרִים  ג. 🍎 רֹאשׁ הַשָּׁנָה  ד. 🛖 סֻכּוֹת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🎭 פּוּרִים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🫓 מָה אוֹכְלִים בְּפֶסַח בִּמְקוֹם לֶחֶם?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🫓 מַצָּה  ב. 🍰 עוּגָה  ג. 🥐 קְרוּאָסוֹן  ד. 🥯 לַחְמָנִיָּה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🫓 מַצָּה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🌺 אֵיזֶה פֶּרַח אָדֹם פּוֹרֵחַ בַּחֹרֶף בַּשָּׂדוֹת שֶׁל יִשְׂרָאֵל?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🌻 חַמָּנִית  ב. 🪷 לוֹטוּס  ג. 🌺 כַּלָּנִית  ד. 🌷 צִבְעוֹנִי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🌺 כַּלָּנִית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🐦 אֵיזוֹ צִפּוֹר נִבְחֲרָה לְצִפּוֹר שֶׁל יִשְׂרָאֵל?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🐦 דּוּכִיפַת  ב. 🦅 נֶשֶׁר  ג. 🐓 תַּרְנְגוֹל  ד. 🕊️ יוֹנָה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🐦 דּוּכִיפַת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🔤 כַּמָּה אוֹתִיּוֹת יֵשׁ בָּאָלֶף-בֵּית הָעִבְרִי?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30  ב. 10  ג. 50  ד. 22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22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🛖 בְּאֵיזֶה חַג יוֹשְׁבִים בַּסֻּכָּה?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🎭 פּוּרִים  ב. 🫓 פֶּסַח  ג. 🌾 שָׁבוּעוֹת  ד. 🛖 סֻכּוֹת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🛖 סֻכּוֹת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🧱 בְּאֵיזוֹ עִיר נִמְצָא הַכֹּתֶל הַמַּעֲרָבִי?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אֵילַת  ב. יְרוּשָׁלַיִם  ג. טְבֶרְיָה  ד. חֵיפָה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יְרוּשָׁלַיִם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🐪 אֵיזוֹ חַיָּה עִם דַּבֶּשֶׁת הוֹלֶכֶת בַּמִּדְבָּר?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🐻 דֹּב  ב. 🐘 פִּיל  ג. 🐧 פִּנְגְּוִין  ד. 🐪 גָּמָל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🐪 גָּמָל</w:t>
            </w:r>
          </w:p>
        </w:tc>
      </w:tr>
    </w:tbl>
    <w:p>
      <w:pPr>
        <w:pStyle w:val="Heading2"/>
        <w:bidi w:val="1"/>
        <w:jc w:val="right"/>
      </w:pPr>
      <w:bookmarkStart w:id="10528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1052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💧 מהו אגם המים המתוקים הגדול בישראל?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הכנרת  ב. ים המלח  ג. מפרץ אילת  ד. הים התיכון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הכנרת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🧂 באיזה ים המים כל כך מלוחים שאפשר לצוף בו בקלות?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הכנרת  ב. הים האדום  ג. ים המלח  ד. הים התיכון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ים המלח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איזה מדבר גדול משתרע בדרום 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סהרה  ב. אטקמה  ג. הנגב  ד. גובי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הנגב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✡️ איזה סמל מופיע באמצע דגל 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יונה  ב. מגן דוד  ג. מנורה  ד. עלה של זית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מגן דוד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🌳 באיזה חג נוהגים לנטוע עצים?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ל״ג בעומר  ב. ט״ו בשבט  ג. שבועות  ד. פורים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ט״ו בשבט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📜 איזו מגילה קוראים בחג פורים?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מגילת אסתר  ב. שיר השירים  ג. מגילת רות  ד. מגילת איכה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מגילת אסתר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🔡 כמה אותיות סופיות יש בעברית (כמו ך ו־ם)?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3  ב. 7  ג. 10  ד. 5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5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🫒 מאיזה עץ מפיקים שמן ירוק-זהוב?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עץ הזית  ב. עץ האורן  ג. עץ האלון  ד. עץ הברוש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עץ הזית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⛰️ באיזו עיר עולה הר הכרמל מעל לנמל גדול?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טבריה  ב. באר שבע  ג. ערד  ד. חיפה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חיפה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🐐 איזו חיה זריזה, עם קרניים מעוקלות, מטפסת על הצוקים בעין גדי?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יעל  ב. שועל  ג. צבי  ד. גמל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יעל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🕯️ איך נקראת המנורה בת שבעת הקנים, שהייתה בבית המקדש?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הפנס  ב. המנורה  ג. הפמוט  ד. החנוכייה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המנורה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🔥 מה נוהגים לעשות בל״ג בעומר?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בונים סוכה  ב. שולחים משלוחי מנות  ג. אוכלים מצה  ד. מדליקים מדורות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מדליקים מדורות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🏅 איך נקראים משחקי הספורט של ספורטאים יהודים מכל העולם, הנערכים בישראל?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הפראלימפיאדה  ב. המכביה  ג. האולימפיאדה  ד. המונדיאל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המכביה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🧭 איזו עיר נמצאת בקצה הדרומי ביותר של 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ערד  ב. דימונה  ג. אילת  ד. מצפה רמון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אילת</w:t>
            </w:r>
          </w:p>
        </w:tc>
      </w:tr>
    </w:tbl>
    <w:p>
      <w:pPr>
        <w:pStyle w:val="Heading2"/>
        <w:bidi w:val="1"/>
        <w:jc w:val="right"/>
      </w:pPr>
      <w:bookmarkStart w:id="63903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6390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🏞️ איזה מכתש ענק נמצא ליד העיירה מצפה רמון?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המכתש הקטן  ב. מכתש רמון  ג. המכתש הגדול  ד. עמק יזרעאל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מכתש רמון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🏞️ איזה נהר זורם דרך הכנרת ומשם דרומה עד ים המלח?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הירדן  ב. הקישון  ג. נחל אלכסנדר  ד. הירקון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הירדן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🏰 איזה מבצר עתיק בנוי על צוק גבוה מעל ים המלח?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עכו  ב. קיסריה  ג. מצדה  ד. בית שאן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מצדה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🕎 כמה ימים נמשך חג החנוכה?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8  ב. 7  ג. 10  ד. 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8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🦢 איזו ציפור גדולה ואפורה חורפת באלפיה בעמק החולה?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תוכי  ב. עגור  ג. פינגווין  ד. יען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עגור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✉️ מהו השורש של המילה 'מכתב'?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כ-ב-ה  ב. מ-כ-ת  ג. ת-ב-ה  ד. כ-ת-ב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כ-ת-ב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🏛️ באיזו עיר עתיקה על חוף הים התיכון יש נמל עתיק ותיאטרון רומי?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ערד  ב. צפת  ג. קיסריה  ד. דימונה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קיסריה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💧 איזו שיטת השקיה חוסכת מים, ופותחה והשתכללה מאוד בישראל?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השקיה בטפטוף  ב. השקיה בדליים  ג. השקיה בהצפה  ד. השקיה בתעלות פתוחות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השקיה בטפטוף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🌾 באיזה חג קוראים את מגילת רות?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פסח  ב. חנוכה  ג. סוכות  ד. שבועות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שבועות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🍇 מה מהבאים אינו נמנה עם 'שבעת המינים'?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רימון  ב. תפוח  ג. זית  ד. חיטה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תפוח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🌵 איזה עץ קוצני, שעמיד ליובש, נפוץ בערבה ובנגב?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שיטה  ב. אלון  ג. ברוש  ד. אקליפטוס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שיטה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🏄 באיזה ענף ספורט ימי עם מפרש זכו ספורטאים מישראל בכמה מדליות אולימפיות?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הוקי קרח  ב. החלקה על קרח  ג. סקי  ד. גלישת רוח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גלישת רוח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🥾 מה שם שביל ההליכה הארוך שחוצה את ישראל מצפון לדרום?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דרך הבשמים  ב. הדרך המלכותית  ג. שביל ישראל  ד. שביל הגולן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שביל ישראל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🪙 מה שם המטבע של ישראל כיום?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לירה  ב. שקל חדש  ג. פרנק  ד. דינר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שקל חדש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ששי ישראלי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ששי ישראלי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