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גלו את המקום – א׳–ו׳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ab">
        <w:r>
          <w:rPr>
            <w:rtl w:val="1"/>
            <w:u w:val="single"/>
            <w:color w:val="1E40AF"/>
          </w:rPr>
          <w:t xml:space="preserve">• 🐣 א׳–ב׳</w:t>
        </w:r>
      </w:hyperlink>
    </w:p>
    <w:p>
      <w:pPr>
        <w:bidi w:val="1"/>
        <w:jc w:val="right"/>
      </w:pPr>
      <w:hyperlink w:anchor="dgd">
        <w:r>
          <w:rPr>
            <w:rtl w:val="1"/>
            <w:u w:val="single"/>
            <w:color w:val="1E40AF"/>
          </w:rPr>
          <w:t xml:space="preserve">• 🚀 ג׳–ד׳</w:t>
        </w:r>
      </w:hyperlink>
    </w:p>
    <w:p>
      <w:pPr>
        <w:bidi w:val="1"/>
        <w:jc w:val="right"/>
      </w:pPr>
      <w:hyperlink w:anchor="dhv">
        <w:r>
          <w:rPr>
            <w:rtl w:val="1"/>
            <w:u w:val="single"/>
            <w:color w:val="1E40AF"/>
          </w:rPr>
          <w:t xml:space="preserve">• 🎒 ה׳–ו׳</w:t>
        </w:r>
      </w:hyperlink>
    </w:p>
    <w:p>
      <w:pPr>
        <w:pStyle w:val="Heading1"/>
        <w:bidi w:val="1"/>
        <w:jc w:val="right"/>
      </w:pPr>
      <w:bookmarkStart w:id="75210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📍 קלפי גלו את המקום</w:t>
      </w:r>
      <w:bookmarkEnd w:id="75210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25973" w:name="da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🐣 א׳–ב׳</w:t>
      </w:r>
      <w:bookmarkEnd w:id="2597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📖 🤫 📚 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שׁוֹאֲלִים שָׁם סְפָרִים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סִפְרִיָּה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🐘 🦒 🦓 🎟️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רוֹאִים שָׁם פִּילִים וְגִ'ירָפוֹת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גַּן חַיּוֹת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🌊 🐚 ☀️ 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בּוֹנִים שָׁם אַרְמוֹן מֵחוֹל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חוֹף הַיָּם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🔥 🥐 🍞 👩‍🍳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אוֹפִים שָׁם לֶחֶם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מַאֲפִיָּה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🔥 🚒 🧯 👨‍🚒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שָׁם גָּרָה מְכוֹנִית אֲדֻמָּה גְּדוֹלָה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תַּחֲנַת כִּבּוּי אֵשׁ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💧 🧂 🛟 ⬇️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הַמַּיִם שָׁם מְלוּחִים מְאוֹד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יָם הַמֶּלַח</w:t>
            </w:r>
          </w:p>
        </w:tc>
      </w:tr>
    </w:tbl>
    <w:p>
      <w:pPr>
        <w:pStyle w:val="Heading2"/>
        <w:bidi w:val="1"/>
        <w:jc w:val="right"/>
      </w:pPr>
      <w:bookmarkStart w:id="10528" w:name="dgd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🚀 ג׳–ד׳</w:t>
      </w:r>
      <w:bookmarkEnd w:id="1052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🧂 ⬇️ 🛟 🏜️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המקום הנמוך ביותר ביבשה בעולם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ים המלח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💧 🐟 🌿 🎻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אגם של מים מתוקים, ויש אומרים שצורתו כמו כלי נגינה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הכנרת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❄️ ⛷️ 🏔️ 🌲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בחורף יש עליו שלג ואפשר לגלוש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הר החרמון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🐠 🪸 ☀️ ⛵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העיר הדרומית ביותר בישראל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אילת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🧱 🏛️ ⛰️ 🕊️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הבירה של ישראל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ירושלים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🌳 🦌 ⛺ 🗺️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מקום ירוק עם דשא ועצים לפיקניק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פארק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🖼️ 🏺 🦖 🎟️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מציגים שם אוצרות, ציורים ושלדים של דינוזאורים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מוזיאון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63903" w:name="dh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🎒 ה׳–ו׳</w:t>
      </w:r>
      <w:bookmarkEnd w:id="6390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🧗 🚡 🏜️ 🏛️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מבצר עתיק על צוק ליד ים המלח, עולים אליו ברכבל או בשביל הנחש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מצדה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🧱 ⚓ 🌊 🏰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נמל עתיקה בצפון, עם חומות ואולמות מתחת לאדמה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עכו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⛰️ 🎨 🕯️ 🌬️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גבוהה בגליל העליון, ויש בה רובע של אמנים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צפת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🏜️ 🪨 🌌 🦌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מכתש ענק בנגב, ובלילה רואים שם המון כוכבים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מכתש רמון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⚪ 🌊 🚡 🕳️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צוקים לבנים בגבול הצפון, ומערות שהים חצב בסלע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ראש הנקרה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💧 🌴 🐐 🏜️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נווה מדבר ליד ים המלח עם מפלים ויעלים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עין גדי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🎫 🛤️ 🧳 ⏰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מחכים שם על הרציף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תחנת רכבת</w:t>
            </w:r>
          </w:p>
        </w:tc>
        <w:tc>
          <w:tcPr>
            <w:tcW w:type="dxa" w:w="5103"/>
          </w:tcPr>
          <w:p/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קלפי גלו את המקום – א׳–ו׳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גלו את המקום – א׳–ו׳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